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44"/>
        </w:rPr>
        <w:t>ARJUN JADHAV</w:t>
      </w:r>
    </w:p>
    <w:p>
      <w:pPr>
        <w:jc w:val="center"/>
      </w:pPr>
      <w:r>
        <w:rPr>
          <w:b/>
          <w:sz w:val="20"/>
        </w:rPr>
        <w:t>E-COMMERCE • DIGITAL MARKETING • SEO • E-COMMERCE OPERATIONS</w:t>
      </w:r>
    </w:p>
    <w:p>
      <w:pPr>
        <w:jc w:val="center"/>
      </w:pPr>
      <w:r>
        <w:rPr>
          <w:sz w:val="18"/>
        </w:rPr>
        <w:t>EcommerceAlly | India | Contact details to be added</w:t>
      </w:r>
    </w:p>
    <w:p>
      <w:pPr>
        <w:spacing w:before="140" w:after="60"/>
      </w:pPr>
      <w:r>
        <w:rPr>
          <w:b/>
          <w:sz w:val="24"/>
        </w:rPr>
        <w:t>PROFESSIONAL SUMMARY</w:t>
      </w:r>
    </w:p>
    <w:p>
      <w:pPr>
        <w:spacing w:after="60"/>
      </w:pPr>
      <w:r>
        <w:t>E-commerce and digital marketing professional with 8 years of experience supporting online stores, marketplaces and digital growth initiatives. Experienced in e-commerce operations, Shopify, Amazon, SEO, paid advertising, product management, analytics and virtual assistant team management. Experienced in supporting global clients and managing end-to-end e-commerce operations.</w:t>
      </w:r>
    </w:p>
    <w:p>
      <w:pPr>
        <w:spacing w:before="140" w:after="60"/>
      </w:pPr>
      <w:r>
        <w:rPr>
          <w:b/>
          <w:sz w:val="24"/>
        </w:rPr>
        <w:t>CORE SKILLS</w:t>
      </w:r>
    </w:p>
    <w:p>
      <w:pPr>
        <w:pStyle w:val="ListBullet"/>
        <w:spacing w:after="20"/>
        <w:ind w:left="259"/>
      </w:pPr>
      <w:r>
        <w:t>E-commerce Operations &amp; Store Management</w:t>
      </w:r>
    </w:p>
    <w:p>
      <w:pPr>
        <w:pStyle w:val="ListBullet"/>
        <w:spacing w:after="20"/>
        <w:ind w:left="259"/>
      </w:pPr>
      <w:r>
        <w:t>Shopify Development &amp; Management</w:t>
      </w:r>
    </w:p>
    <w:p>
      <w:pPr>
        <w:pStyle w:val="ListBullet"/>
        <w:spacing w:after="20"/>
        <w:ind w:left="259"/>
      </w:pPr>
      <w:r>
        <w:t>Amazon FBA, Amazon SEO &amp; Paid Marketing</w:t>
      </w:r>
    </w:p>
    <w:p>
      <w:pPr>
        <w:pStyle w:val="ListBullet"/>
        <w:spacing w:after="20"/>
        <w:ind w:left="259"/>
      </w:pPr>
      <w:r>
        <w:t>Product Research, Upload &amp; Optimisation</w:t>
      </w:r>
    </w:p>
    <w:p>
      <w:pPr>
        <w:pStyle w:val="ListBullet"/>
        <w:spacing w:after="20"/>
        <w:ind w:left="259"/>
      </w:pPr>
      <w:r>
        <w:t>SEO, On-Page SEO &amp; Off-Page SEO</w:t>
      </w:r>
    </w:p>
    <w:p>
      <w:pPr>
        <w:pStyle w:val="ListBullet"/>
        <w:spacing w:after="20"/>
        <w:ind w:left="259"/>
      </w:pPr>
      <w:r>
        <w:t>Google Ads, Meta Ads &amp; Performance Marketing</w:t>
      </w:r>
    </w:p>
    <w:p>
      <w:pPr>
        <w:pStyle w:val="ListBullet"/>
        <w:spacing w:after="20"/>
        <w:ind w:left="259"/>
      </w:pPr>
      <w:r>
        <w:t>Amazon, Walmart, Etsy &amp; Flipkart Marketplace Management</w:t>
      </w:r>
    </w:p>
    <w:p>
      <w:pPr>
        <w:pStyle w:val="ListBullet"/>
        <w:spacing w:after="20"/>
        <w:ind w:left="259"/>
      </w:pPr>
      <w:r>
        <w:t>Product Image Cleaning &amp; Content Optimisation</w:t>
      </w:r>
    </w:p>
    <w:p>
      <w:pPr>
        <w:pStyle w:val="ListBullet"/>
        <w:spacing w:after="20"/>
        <w:ind w:left="259"/>
      </w:pPr>
      <w:r>
        <w:t>Email Marketing &amp; Klaviyo Automation</w:t>
      </w:r>
    </w:p>
    <w:p>
      <w:pPr>
        <w:pStyle w:val="ListBullet"/>
        <w:spacing w:after="20"/>
        <w:ind w:left="259"/>
      </w:pPr>
      <w:r>
        <w:t>GA4, Google Tag Manager &amp; Google Search Console</w:t>
      </w:r>
    </w:p>
    <w:p>
      <w:pPr>
        <w:pStyle w:val="ListBullet"/>
        <w:spacing w:after="20"/>
        <w:ind w:left="259"/>
      </w:pPr>
      <w:r>
        <w:t>E-commerce Virtual Assistant Team Management</w:t>
      </w:r>
    </w:p>
    <w:p>
      <w:pPr>
        <w:pStyle w:val="ListBullet"/>
        <w:spacing w:after="20"/>
        <w:ind w:left="259"/>
      </w:pPr>
      <w:r>
        <w:t>WordPress, WooCommerce &amp; Magento</w:t>
      </w:r>
    </w:p>
    <w:p>
      <w:pPr>
        <w:spacing w:before="140" w:after="60"/>
      </w:pPr>
      <w:r>
        <w:rPr>
          <w:b/>
          <w:sz w:val="24"/>
        </w:rPr>
        <w:t>PROFESSIONAL EXPERIENCE</w:t>
      </w:r>
    </w:p>
    <w:p>
      <w:r>
        <w:rPr>
          <w:b/>
          <w:sz w:val="22"/>
        </w:rPr>
        <w:t>EcommerceAlly</w:t>
      </w:r>
      <w:r>
        <w:rPr>
          <w:b/>
        </w:rPr>
        <w:t xml:space="preserve"> | E-commerce &amp; Digital Marketing Professional</w:t>
      </w:r>
    </w:p>
    <w:p>
      <w:r>
        <w:rPr>
          <w:i/>
        </w:rPr>
        <w:t>8 years of professional experience</w:t>
      </w:r>
    </w:p>
    <w:p>
      <w:pPr>
        <w:pStyle w:val="ListBullet"/>
        <w:spacing w:after="20"/>
        <w:ind w:left="259"/>
      </w:pPr>
      <w:r>
        <w:t>Manage e-commerce operations including product research, product uploads, optimisation, inventory and marketplace management.</w:t>
      </w:r>
    </w:p>
    <w:p>
      <w:pPr>
        <w:pStyle w:val="ListBullet"/>
        <w:spacing w:after="20"/>
        <w:ind w:left="259"/>
      </w:pPr>
      <w:r>
        <w:t>Support Shopify stores with product management, store operations and ongoing optimisation.</w:t>
      </w:r>
    </w:p>
    <w:p>
      <w:pPr>
        <w:pStyle w:val="ListBullet"/>
        <w:spacing w:after="20"/>
        <w:ind w:left="259"/>
      </w:pPr>
      <w:r>
        <w:t>Manage Amazon activities including listings, A+ Content, Amazon SEO, Amazon FBA support and paid marketing.</w:t>
      </w:r>
    </w:p>
    <w:p>
      <w:pPr>
        <w:pStyle w:val="ListBullet"/>
        <w:spacing w:after="20"/>
        <w:ind w:left="259"/>
      </w:pPr>
      <w:r>
        <w:t>Plan and execute SEO campaigns covering keyword research, on-page optimisation, technical SEO, link building and Search Console monitoring.</w:t>
      </w:r>
    </w:p>
    <w:p>
      <w:pPr>
        <w:pStyle w:val="ListBullet"/>
        <w:spacing w:after="20"/>
        <w:ind w:left="259"/>
      </w:pPr>
      <w:r>
        <w:t>Manage paid advertising across Google Ads, Meta Ads, TikTok and Pinterest.</w:t>
      </w:r>
    </w:p>
    <w:p>
      <w:pPr>
        <w:pStyle w:val="ListBullet"/>
        <w:spacing w:after="20"/>
        <w:ind w:left="259"/>
      </w:pPr>
      <w:r>
        <w:t>Lead product research and catalogue expansion workflows using platforms such as AliExpress and BigBuy.</w:t>
      </w:r>
    </w:p>
    <w:p>
      <w:pPr>
        <w:pStyle w:val="ListBullet"/>
        <w:spacing w:after="20"/>
        <w:ind w:left="259"/>
      </w:pPr>
      <w:r>
        <w:t>Develop virtual assistant workflows for product uploads, image cleaning, listing optimisation and marketplace operations.</w:t>
      </w:r>
    </w:p>
    <w:p>
      <w:pPr>
        <w:pStyle w:val="ListBullet"/>
        <w:spacing w:after="20"/>
        <w:ind w:left="259"/>
      </w:pPr>
      <w:r>
        <w:t>Work with GA4, Google Tag Manager, Google Search Console, Ahrefs and Screaming Frog.</w:t>
      </w:r>
    </w:p>
    <w:p>
      <w:pPr>
        <w:pStyle w:val="ListBullet"/>
        <w:spacing w:after="20"/>
        <w:ind w:left="259"/>
      </w:pPr>
      <w:r>
        <w:t>Coordinate e-commerce projects and support a large virtual assistant team across multiple online stores.</w:t>
      </w:r>
    </w:p>
    <w:p>
      <w:pPr>
        <w:spacing w:before="140" w:after="60"/>
      </w:pPr>
      <w:r>
        <w:rPr>
          <w:b/>
          <w:sz w:val="24"/>
        </w:rPr>
        <w:t>SELECTED ACHIEVEMENTS</w:t>
      </w:r>
    </w:p>
    <w:p>
      <w:pPr>
        <w:pStyle w:val="ListBullet"/>
        <w:spacing w:after="20"/>
        <w:ind w:left="259"/>
      </w:pPr>
      <w:r>
        <w:t>Expanded an e-commerce catalogue from approximately 20–22 products to more than 1,000 products.</w:t>
      </w:r>
    </w:p>
    <w:p>
      <w:pPr>
        <w:pStyle w:val="ListBullet"/>
        <w:spacing w:after="20"/>
        <w:ind w:left="259"/>
      </w:pPr>
      <w:r>
        <w:t>Supported selected paid marketing campaigns achieving reported ROAS of up to 6.0X.</w:t>
      </w:r>
    </w:p>
    <w:p>
      <w:pPr>
        <w:pStyle w:val="ListBullet"/>
        <w:spacing w:after="20"/>
        <w:ind w:left="259"/>
      </w:pPr>
      <w:r>
        <w:t>Scaled virtual assistant operations from a small team to approximately 50 skilled virtual assistants.</w:t>
      </w:r>
    </w:p>
    <w:p>
      <w:pPr>
        <w:pStyle w:val="ListBullet"/>
        <w:spacing w:after="20"/>
        <w:ind w:left="259"/>
      </w:pPr>
      <w:r>
        <w:t>Supported more than 60 e-commerce stores across operations, marketing, product management and marketplaces.</w:t>
      </w:r>
    </w:p>
    <w:p>
      <w:pPr>
        <w:pStyle w:val="ListBullet"/>
        <w:spacing w:after="20"/>
        <w:ind w:left="259"/>
      </w:pPr>
      <w:r>
        <w:t>Previously supported 200+ global clients and completed 300+ projects.</w:t>
      </w:r>
    </w:p>
    <w:p>
      <w:pPr>
        <w:pStyle w:val="ListBullet"/>
        <w:spacing w:after="20"/>
        <w:ind w:left="259"/>
      </w:pPr>
      <w:r>
        <w:t>Worked across Shopify, Amazon, Walmart, Etsy, Flipkart, WooCommerce, WordPress and Magento.</w:t>
      </w:r>
    </w:p>
    <w:p>
      <w:pPr>
        <w:spacing w:before="140" w:after="60"/>
      </w:pPr>
      <w:r>
        <w:rPr>
          <w:b/>
          <w:sz w:val="24"/>
        </w:rPr>
        <w:t>TOOLS &amp; PLATFORMS</w:t>
      </w:r>
    </w:p>
    <w:p>
      <w:r>
        <w:t>Shopify • Amazon Seller Central • Walmart • Etsy • Flipkart • WooCommerce • WordPress • Magento • Google Ads • Meta Ads • TikTok Ads • Pinterest • GA4 • Google Tag Manager • Google Search Console • Ahrefs • Screaming Frog • Helium 10 • Jungle Scout • Klaviyo • BigBuy • DSers • AliExpress</w:t>
      </w:r>
    </w:p>
    <w:p>
      <w:pPr>
        <w:spacing w:before="140" w:after="60"/>
      </w:pPr>
      <w:r>
        <w:rPr>
          <w:b/>
          <w:sz w:val="24"/>
        </w:rPr>
        <w:t>EDUCATION &amp; CERTIFICATIONS</w:t>
      </w:r>
    </w:p>
    <w:p>
      <w:r>
        <w:rPr>
          <w:i/>
        </w:rPr>
        <w:t>Details to be added — degree, institution, graduation year and relevant certifications.</w:t>
      </w:r>
    </w:p>
    <w:p>
      <w:pPr>
        <w:spacing w:before="140" w:after="60"/>
      </w:pPr>
      <w:r>
        <w:rPr>
          <w:b/>
          <w:sz w:val="24"/>
        </w:rPr>
        <w:t>CONTACT</w:t>
      </w:r>
    </w:p>
    <w:p>
      <w:pPr>
        <w:spacing w:after="20"/>
      </w:pPr>
      <w:r>
        <w:t>Email: [Add email address]</w:t>
      </w:r>
    </w:p>
    <w:p>
      <w:pPr>
        <w:spacing w:after="20"/>
      </w:pPr>
      <w:r>
        <w:t>Phone: [Add phone number]</w:t>
      </w:r>
    </w:p>
    <w:p>
      <w:pPr>
        <w:spacing w:after="20"/>
      </w:pPr>
      <w:r>
        <w:t>LinkedIn: [Add LinkedIn URL]</w:t>
      </w:r>
    </w:p>
    <w:p>
      <w:pPr>
        <w:spacing w:after="20"/>
      </w:pPr>
      <w:r>
        <w:t>Portfolio: https://ecommerceally.com/portfolio/</w:t>
      </w:r>
    </w:p>
    <w:sectPr w:rsidR="00FC693F" w:rsidRPr="0006063C" w:rsidSect="00034616">
      <w:footerReference w:type="default" r:id="rId9"/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>Arjun Jadhav | E-commerce &amp; Digital Marketing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