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6C309" w14:textId="2D981ACD" w:rsidR="003C19DB" w:rsidRPr="00B6250C" w:rsidRDefault="00671738" w:rsidP="00B6250C">
      <w:pPr>
        <w:rPr>
          <w:rFonts w:ascii="Times New Roman" w:hAnsi="Times New Roman" w:cs="Times New Roman"/>
          <w:sz w:val="18"/>
          <w:szCs w:val="18"/>
        </w:rPr>
      </w:pPr>
      <w:r>
        <w:rPr>
          <w:noProof/>
        </w:rPr>
        <mc:AlternateContent>
          <mc:Choice Requires="wpg">
            <w:drawing>
              <wp:anchor distT="0" distB="0" distL="114300" distR="114300" simplePos="0" relativeHeight="251658240" behindDoc="0" locked="0" layoutInCell="1" allowOverlap="1" wp14:anchorId="16709F13" wp14:editId="21B1D372">
                <wp:simplePos x="0" y="0"/>
                <wp:positionH relativeFrom="margin">
                  <wp:align>right</wp:align>
                </wp:positionH>
                <wp:positionV relativeFrom="paragraph">
                  <wp:posOffset>5715</wp:posOffset>
                </wp:positionV>
                <wp:extent cx="1178560" cy="1438910"/>
                <wp:effectExtent l="0" t="0" r="21590" b="27940"/>
                <wp:wrapSquare wrapText="bothSides"/>
                <wp:docPr id="3222" name="Group 1"/>
                <wp:cNvGraphicFramePr/>
                <a:graphic xmlns:a="http://schemas.openxmlformats.org/drawingml/2006/main">
                  <a:graphicData uri="http://schemas.microsoft.com/office/word/2010/wordprocessingGroup">
                    <wpg:wgp>
                      <wpg:cNvGrpSpPr/>
                      <wpg:grpSpPr>
                        <a:xfrm>
                          <a:off x="0" y="0"/>
                          <a:ext cx="1178560" cy="1438910"/>
                          <a:chOff x="0" y="0"/>
                          <a:chExt cx="1179056" cy="1439418"/>
                        </a:xfrm>
                      </wpg:grpSpPr>
                      <pic:pic xmlns:pic="http://schemas.openxmlformats.org/drawingml/2006/picture">
                        <pic:nvPicPr>
                          <pic:cNvPr id="208754321" name="Picture 208754321"/>
                          <pic:cNvPicPr/>
                        </pic:nvPicPr>
                        <pic:blipFill>
                          <a:blip r:embed="rId6"/>
                          <a:stretch>
                            <a:fillRect/>
                          </a:stretch>
                        </pic:blipFill>
                        <pic:spPr>
                          <a:xfrm>
                            <a:off x="6096" y="6096"/>
                            <a:ext cx="1168400" cy="1428750"/>
                          </a:xfrm>
                          <a:prstGeom prst="rect">
                            <a:avLst/>
                          </a:prstGeom>
                        </pic:spPr>
                      </pic:pic>
                      <wps:wsp>
                        <wps:cNvPr id="1305171311" name="Shape 441"/>
                        <wps:cNvSpPr/>
                        <wps:spPr>
                          <a:xfrm>
                            <a:off x="0" y="0"/>
                            <a:ext cx="1179056" cy="1439418"/>
                          </a:xfrm>
                          <a:custGeom>
                            <a:avLst/>
                            <a:gdLst/>
                            <a:ahLst/>
                            <a:cxnLst/>
                            <a:rect l="0" t="0" r="0" b="0"/>
                            <a:pathLst>
                              <a:path w="1179056" h="1439418">
                                <a:moveTo>
                                  <a:pt x="0" y="1439418"/>
                                </a:moveTo>
                                <a:lnTo>
                                  <a:pt x="1179056" y="1439418"/>
                                </a:lnTo>
                                <a:lnTo>
                                  <a:pt x="1179056"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7ECC25C" id="Group 1" o:spid="_x0000_s1026" style="position:absolute;margin-left:41.6pt;margin-top:.45pt;width:92.8pt;height:113.3pt;z-index:251658240;mso-position-horizontal:right;mso-position-horizontal-relative:margin" coordsize="11790,1439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8754321" o:spid="_x0000_s1027" type="#_x0000_t75" style="position:absolute;left:60;top:60;width:11684;height:14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">
                  <v:imagedata r:id="rId7" o:title=""/>
                </v:shape>
                <v:shape id="Shape 441" o:spid="_x0000_s1028" style="position:absolute;width:11790;height:14394;visibility:visible;mso-wrap-style:square;v-text-anchor:top" coordsize="1179056,1439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" path="m,1439418r1179056,l1179056,,,,,1439418xe" filled="f">
                  <v:stroke miterlimit="83231f" joinstyle="miter" endcap="round"/>
                  <v:path arrowok="t" textboxrect="0,0,1179056,1439418"/>
                </v:shape>
                <w10:wrap type="square" anchorx="margin"/>
              </v:group>
            </w:pict>
          </mc:Fallback>
        </mc:AlternateContent>
      </w:r>
      <w:r w:rsidRPr="00B6250C">
        <w:rPr>
          <w:rFonts w:ascii="Times New Roman" w:hAnsi="Times New Roman" w:cs="Times New Roman"/>
          <w:b/>
          <w:color w:val="003366"/>
          <w:sz w:val="28"/>
          <w:szCs w:val="18"/>
        </w:rPr>
        <w:t>KHONDOKER MOUSUMI AKTER SORMI</w:t>
      </w:r>
    </w:p>
    <w:p w14:paraId="1CA50BE9" w14:textId="658BEDE6" w:rsidR="003C19DB" w:rsidRPr="00B6250C" w:rsidRDefault="00000000" w:rsidP="00B6250C">
      <w:pPr>
        <w:rPr>
          <w:rFonts w:ascii="Times New Roman" w:hAnsi="Times New Roman" w:cs="Times New Roman"/>
          <w:color w:val="505050"/>
          <w:sz w:val="20"/>
        </w:rPr>
      </w:pPr>
      <w:r w:rsidRPr="00B6250C">
        <w:rPr>
          <w:rFonts w:ascii="Times New Roman" w:hAnsi="Times New Roman" w:cs="Times New Roman"/>
          <w:color w:val="505050"/>
          <w:sz w:val="20"/>
        </w:rPr>
        <w:t>C/O: Sayon Rahman | Road-30, House-428/A, Mohakhali DOHS, Dhaka</w:t>
      </w:r>
      <w:r w:rsidRPr="00B6250C">
        <w:rPr>
          <w:rFonts w:ascii="Times New Roman" w:hAnsi="Times New Roman" w:cs="Times New Roman"/>
          <w:color w:val="505050"/>
          <w:sz w:val="20"/>
        </w:rPr>
        <w:br/>
      </w:r>
      <w:r w:rsidRPr="00B6250C">
        <w:rPr>
          <w:rFonts w:ascii="Segoe UI Emoji" w:hAnsi="Segoe UI Emoji" w:cs="Segoe UI Emoji"/>
          <w:color w:val="505050"/>
          <w:sz w:val="20"/>
        </w:rPr>
        <w:t>📱</w:t>
      </w:r>
      <w:r w:rsidRPr="00B6250C">
        <w:rPr>
          <w:rFonts w:ascii="Times New Roman" w:hAnsi="Times New Roman" w:cs="Times New Roman"/>
          <w:color w:val="505050"/>
          <w:sz w:val="20"/>
        </w:rPr>
        <w:t xml:space="preserve"> +8801670613400 | </w:t>
      </w:r>
      <w:r w:rsidRPr="00B6250C">
        <w:rPr>
          <w:rFonts w:ascii="Segoe UI Emoji" w:hAnsi="Segoe UI Emoji" w:cs="Segoe UI Emoji"/>
          <w:color w:val="505050"/>
          <w:sz w:val="20"/>
        </w:rPr>
        <w:t>📧</w:t>
      </w:r>
      <w:r w:rsidRPr="00B6250C">
        <w:rPr>
          <w:rFonts w:ascii="Times New Roman" w:hAnsi="Times New Roman" w:cs="Times New Roman"/>
          <w:color w:val="505050"/>
          <w:sz w:val="20"/>
        </w:rPr>
        <w:t xml:space="preserve"> msormiewu@gmail.com</w:t>
      </w:r>
    </w:p>
    <w:p w14:paraId="42EE25FB" w14:textId="77777777" w:rsidR="00585A2F" w:rsidRDefault="00585A2F" w:rsidP="00B6250C">
      <w:pPr>
        <w:pStyle w:val="Heading1"/>
        <w:jc w:val="both"/>
        <w:rPr>
          <w:rFonts w:ascii="Times New Roman" w:hAnsi="Times New Roman" w:cs="Times New Roman"/>
        </w:rPr>
      </w:pPr>
    </w:p>
    <w:p w14:paraId="195E163D" w14:textId="236DB60F" w:rsidR="003C19DB" w:rsidRPr="00B6250C" w:rsidRDefault="00000000" w:rsidP="00B6250C">
      <w:pPr>
        <w:pStyle w:val="Heading1"/>
        <w:jc w:val="both"/>
        <w:rPr>
          <w:rFonts w:ascii="Times New Roman" w:hAnsi="Times New Roman" w:cs="Times New Roman"/>
        </w:rPr>
      </w:pPr>
      <w:r w:rsidRPr="00B6250C">
        <w:rPr>
          <w:rFonts w:ascii="Times New Roman" w:hAnsi="Times New Roman" w:cs="Times New Roman"/>
        </w:rPr>
        <w:t>Profile Summary</w:t>
      </w:r>
    </w:p>
    <w:p w14:paraId="4987D304" w14:textId="77777777" w:rsidR="003C19DB" w:rsidRPr="00B6250C" w:rsidRDefault="00000000" w:rsidP="00B6250C">
      <w:pPr>
        <w:jc w:val="both"/>
        <w:rPr>
          <w:rFonts w:ascii="Times New Roman" w:hAnsi="Times New Roman" w:cs="Times New Roman"/>
        </w:rPr>
      </w:pPr>
      <w:r w:rsidRPr="00B6250C">
        <w:rPr>
          <w:rFonts w:ascii="Times New Roman" w:hAnsi="Times New Roman" w:cs="Times New Roman"/>
        </w:rPr>
        <w:t>Results-driven professional with over 4 years of experience as a Project Assistant under a World Bank–funded program at the Bangladesh Agricultural Research Council. Skilled in project coordination, procurement, and administrative support. Recently completed training in digital marketing, combining project management and digital expertise to deliver organizational growth and operational efficiency.</w:t>
      </w:r>
    </w:p>
    <w:p w14:paraId="7AB71B6A" w14:textId="77777777" w:rsidR="003C19DB" w:rsidRPr="00B6250C" w:rsidRDefault="00000000" w:rsidP="00671738">
      <w:pPr>
        <w:pStyle w:val="Heading1"/>
        <w:rPr>
          <w:rFonts w:ascii="Times New Roman" w:hAnsi="Times New Roman" w:cs="Times New Roman"/>
        </w:rPr>
      </w:pPr>
      <w:r w:rsidRPr="00B6250C">
        <w:rPr>
          <w:rFonts w:ascii="Times New Roman" w:hAnsi="Times New Roman" w:cs="Times New Roman"/>
        </w:rPr>
        <w:t>Professional Experience</w:t>
      </w:r>
    </w:p>
    <w:p w14:paraId="5DA39EFA" w14:textId="13F5EF60" w:rsidR="003C19DB" w:rsidRPr="00B6250C" w:rsidRDefault="00000000" w:rsidP="00671738">
      <w:pPr>
        <w:rPr>
          <w:rFonts w:ascii="Times New Roman" w:hAnsi="Times New Roman" w:cs="Times New Roman"/>
        </w:rPr>
      </w:pPr>
      <w:r w:rsidRPr="00B6250C">
        <w:rPr>
          <w:rFonts w:ascii="Times New Roman" w:hAnsi="Times New Roman" w:cs="Times New Roman"/>
          <w:b/>
        </w:rPr>
        <w:t>Project Assistant</w:t>
      </w:r>
      <w:r w:rsidRPr="00B6250C">
        <w:rPr>
          <w:rFonts w:ascii="Times New Roman" w:hAnsi="Times New Roman" w:cs="Times New Roman"/>
          <w:b/>
        </w:rPr>
        <w:br/>
      </w:r>
      <w:r w:rsidRPr="00B6250C">
        <w:rPr>
          <w:rFonts w:ascii="Times New Roman" w:hAnsi="Times New Roman" w:cs="Times New Roman"/>
        </w:rPr>
        <w:t>National Agricultural Technology Program – Phase II (NATP-2), Bangladesh Agricultural Research Council</w:t>
      </w:r>
      <w:r w:rsidR="00B6250C">
        <w:rPr>
          <w:rFonts w:ascii="Times New Roman" w:hAnsi="Times New Roman" w:cs="Times New Roman"/>
        </w:rPr>
        <w:t xml:space="preserve"> from </w:t>
      </w:r>
      <w:r w:rsidRPr="00B6250C">
        <w:rPr>
          <w:rFonts w:ascii="Times New Roman" w:hAnsi="Times New Roman" w:cs="Times New Roman"/>
          <w:i/>
        </w:rPr>
        <w:t>September 2018 – July 2023</w:t>
      </w:r>
      <w:r w:rsidR="00B6250C">
        <w:rPr>
          <w:rFonts w:ascii="Times New Roman" w:hAnsi="Times New Roman" w:cs="Times New Roman"/>
          <w:i/>
        </w:rPr>
        <w:t>.</w:t>
      </w:r>
    </w:p>
    <w:p w14:paraId="6916C531" w14:textId="77777777" w:rsidR="003C19DB" w:rsidRPr="00B6250C" w:rsidRDefault="00000000" w:rsidP="00671738">
      <w:pPr>
        <w:rPr>
          <w:rFonts w:ascii="Times New Roman" w:hAnsi="Times New Roman" w:cs="Times New Roman"/>
        </w:rPr>
      </w:pPr>
      <w:r w:rsidRPr="00B6250C">
        <w:rPr>
          <w:rFonts w:ascii="Times New Roman" w:hAnsi="Times New Roman" w:cs="Times New Roman"/>
        </w:rPr>
        <w:t>• Supported project implementation and ensured compliance with donor and government guidelines.</w:t>
      </w:r>
      <w:r w:rsidRPr="00B6250C">
        <w:rPr>
          <w:rFonts w:ascii="Times New Roman" w:hAnsi="Times New Roman" w:cs="Times New Roman"/>
        </w:rPr>
        <w:br/>
        <w:t>• Coordinated with administrative, procurement, training, and communication units.</w:t>
      </w:r>
      <w:r w:rsidRPr="00B6250C">
        <w:rPr>
          <w:rFonts w:ascii="Times New Roman" w:hAnsi="Times New Roman" w:cs="Times New Roman"/>
        </w:rPr>
        <w:br/>
        <w:t>• Prepared reports, maintained documentation, and facilitated stakeholder communication.</w:t>
      </w:r>
      <w:r w:rsidRPr="00B6250C">
        <w:rPr>
          <w:rFonts w:ascii="Times New Roman" w:hAnsi="Times New Roman" w:cs="Times New Roman"/>
        </w:rPr>
        <w:br/>
        <w:t>• Acquired practical experience in e-GP, public procurement, and World Bank procedures.</w:t>
      </w:r>
    </w:p>
    <w:p w14:paraId="2997E9FB" w14:textId="77777777" w:rsidR="003C19DB" w:rsidRPr="00B6250C" w:rsidRDefault="00000000">
      <w:pPr>
        <w:pStyle w:val="Heading1"/>
        <w:rPr>
          <w:rFonts w:ascii="Times New Roman" w:hAnsi="Times New Roman" w:cs="Times New Roman"/>
        </w:rPr>
      </w:pPr>
      <w:r w:rsidRPr="00B6250C">
        <w:rPr>
          <w:rFonts w:ascii="Times New Roman" w:hAnsi="Times New Roman" w:cs="Times New Roman"/>
        </w:rPr>
        <w:t>Education</w:t>
      </w:r>
    </w:p>
    <w:p w14:paraId="43F7FB5B" w14:textId="17AFEF18" w:rsidR="003C19DB" w:rsidRPr="00B6250C" w:rsidRDefault="00000000" w:rsidP="00B6250C">
      <w:pPr>
        <w:pStyle w:val="ListParagraph"/>
        <w:numPr>
          <w:ilvl w:val="0"/>
          <w:numId w:val="10"/>
        </w:numPr>
        <w:rPr>
          <w:rFonts w:ascii="Times New Roman" w:hAnsi="Times New Roman" w:cs="Times New Roman"/>
        </w:rPr>
      </w:pPr>
      <w:r w:rsidRPr="00B6250C">
        <w:rPr>
          <w:rFonts w:ascii="Times New Roman" w:hAnsi="Times New Roman" w:cs="Times New Roman"/>
        </w:rPr>
        <w:t>Bachelor of Business Administration (BBA)</w:t>
      </w:r>
      <w:r w:rsidRPr="00B6250C">
        <w:rPr>
          <w:rFonts w:ascii="Times New Roman" w:hAnsi="Times New Roman" w:cs="Times New Roman"/>
        </w:rPr>
        <w:br/>
        <w:t>East West University, Dhaka | Major: Finance</w:t>
      </w:r>
      <w:r w:rsidRPr="00B6250C">
        <w:rPr>
          <w:rFonts w:ascii="Times New Roman" w:hAnsi="Times New Roman" w:cs="Times New Roman"/>
        </w:rPr>
        <w:br/>
        <w:t>Result: CGPA: 3.24</w:t>
      </w:r>
      <w:r w:rsidR="00671738">
        <w:rPr>
          <w:rFonts w:ascii="Times New Roman" w:hAnsi="Times New Roman" w:cs="Times New Roman"/>
        </w:rPr>
        <w:t xml:space="preserve"> out of </w:t>
      </w:r>
      <w:r w:rsidRPr="00B6250C">
        <w:rPr>
          <w:rFonts w:ascii="Times New Roman" w:hAnsi="Times New Roman" w:cs="Times New Roman"/>
        </w:rPr>
        <w:t>4.00 | Year: 201</w:t>
      </w:r>
      <w:r w:rsidR="00671738">
        <w:rPr>
          <w:rFonts w:ascii="Times New Roman" w:hAnsi="Times New Roman" w:cs="Times New Roman"/>
        </w:rPr>
        <w:t>5</w:t>
      </w:r>
      <w:r w:rsidRPr="00B6250C">
        <w:rPr>
          <w:rFonts w:ascii="Times New Roman" w:hAnsi="Times New Roman" w:cs="Times New Roman"/>
        </w:rPr>
        <w:br/>
      </w:r>
    </w:p>
    <w:p w14:paraId="1B729C3D" w14:textId="0A5055E2" w:rsidR="003C19DB" w:rsidRPr="00B6250C" w:rsidRDefault="00000000" w:rsidP="00B6250C">
      <w:pPr>
        <w:pStyle w:val="ListParagraph"/>
        <w:numPr>
          <w:ilvl w:val="0"/>
          <w:numId w:val="10"/>
        </w:numPr>
        <w:rPr>
          <w:rFonts w:ascii="Times New Roman" w:hAnsi="Times New Roman" w:cs="Times New Roman"/>
        </w:rPr>
      </w:pPr>
      <w:r w:rsidRPr="00B6250C">
        <w:rPr>
          <w:rFonts w:ascii="Times New Roman" w:hAnsi="Times New Roman" w:cs="Times New Roman"/>
        </w:rPr>
        <w:t>Higher Secondary Certificate (H.S.C.)</w:t>
      </w:r>
      <w:r w:rsidRPr="00B6250C">
        <w:rPr>
          <w:rFonts w:ascii="Times New Roman" w:hAnsi="Times New Roman" w:cs="Times New Roman"/>
        </w:rPr>
        <w:br/>
        <w:t>Govt. Nazimuddin College, Madaripur | Business Studies</w:t>
      </w:r>
    </w:p>
    <w:p w14:paraId="16E0A342" w14:textId="1C1693E4" w:rsidR="003C19DB" w:rsidRPr="00B6250C" w:rsidRDefault="00000000" w:rsidP="00B6250C">
      <w:pPr>
        <w:pStyle w:val="ListParagraph"/>
        <w:numPr>
          <w:ilvl w:val="0"/>
          <w:numId w:val="10"/>
        </w:numPr>
        <w:rPr>
          <w:rFonts w:ascii="Times New Roman" w:hAnsi="Times New Roman" w:cs="Times New Roman"/>
        </w:rPr>
      </w:pPr>
      <w:r w:rsidRPr="00B6250C">
        <w:rPr>
          <w:rFonts w:ascii="Times New Roman" w:hAnsi="Times New Roman" w:cs="Times New Roman"/>
        </w:rPr>
        <w:t>Secondary School Certificate (S.S.C.)</w:t>
      </w:r>
      <w:r w:rsidRPr="00B6250C">
        <w:rPr>
          <w:rFonts w:ascii="Times New Roman" w:hAnsi="Times New Roman" w:cs="Times New Roman"/>
        </w:rPr>
        <w:br/>
        <w:t>Donovan Govt. Girls’ High School, Madaripur | Humanities</w:t>
      </w:r>
    </w:p>
    <w:p w14:paraId="42E3DF50" w14:textId="77777777" w:rsidR="003C19DB" w:rsidRPr="00B6250C" w:rsidRDefault="00000000">
      <w:pPr>
        <w:pStyle w:val="Heading1"/>
        <w:rPr>
          <w:rFonts w:ascii="Times New Roman" w:hAnsi="Times New Roman" w:cs="Times New Roman"/>
        </w:rPr>
      </w:pPr>
      <w:r w:rsidRPr="00B6250C">
        <w:rPr>
          <w:rFonts w:ascii="Times New Roman" w:hAnsi="Times New Roman" w:cs="Times New Roman"/>
        </w:rPr>
        <w:t>Training &amp; Certifications</w:t>
      </w:r>
    </w:p>
    <w:p w14:paraId="3AFACCB7" w14:textId="2AA38ECE" w:rsidR="003C19DB" w:rsidRPr="00671738" w:rsidRDefault="00000000" w:rsidP="00671738">
      <w:pPr>
        <w:pStyle w:val="ListParagraph"/>
        <w:numPr>
          <w:ilvl w:val="0"/>
          <w:numId w:val="16"/>
        </w:numPr>
        <w:spacing w:before="240"/>
        <w:jc w:val="both"/>
        <w:rPr>
          <w:rFonts w:ascii="Times New Roman" w:hAnsi="Times New Roman" w:cs="Times New Roman"/>
        </w:rPr>
      </w:pPr>
      <w:r w:rsidRPr="00671738">
        <w:rPr>
          <w:rFonts w:ascii="Times New Roman" w:hAnsi="Times New Roman" w:cs="Times New Roman"/>
        </w:rPr>
        <w:t>Project Development &amp; Management – BIM (2018)</w:t>
      </w:r>
    </w:p>
    <w:p w14:paraId="428C5B5A" w14:textId="27E155A8" w:rsidR="003C19DB" w:rsidRPr="00671738" w:rsidRDefault="00000000" w:rsidP="00671738">
      <w:pPr>
        <w:pStyle w:val="ListParagraph"/>
        <w:numPr>
          <w:ilvl w:val="0"/>
          <w:numId w:val="16"/>
        </w:numPr>
        <w:spacing w:before="240"/>
        <w:jc w:val="both"/>
        <w:rPr>
          <w:rFonts w:ascii="Times New Roman" w:hAnsi="Times New Roman" w:cs="Times New Roman"/>
        </w:rPr>
      </w:pPr>
      <w:r w:rsidRPr="00671738">
        <w:rPr>
          <w:rFonts w:ascii="Times New Roman" w:hAnsi="Times New Roman" w:cs="Times New Roman"/>
        </w:rPr>
        <w:t>Public Procurement Management &amp; e-GP – ESCB (2018)</w:t>
      </w:r>
    </w:p>
    <w:p w14:paraId="1D99617E" w14:textId="0BE510B0" w:rsidR="003C19DB" w:rsidRPr="00671738" w:rsidRDefault="00000000" w:rsidP="00671738">
      <w:pPr>
        <w:pStyle w:val="ListParagraph"/>
        <w:numPr>
          <w:ilvl w:val="0"/>
          <w:numId w:val="16"/>
        </w:numPr>
        <w:spacing w:before="240"/>
        <w:jc w:val="both"/>
        <w:rPr>
          <w:rFonts w:ascii="Times New Roman" w:hAnsi="Times New Roman" w:cs="Times New Roman"/>
        </w:rPr>
      </w:pPr>
      <w:r w:rsidRPr="00671738">
        <w:rPr>
          <w:rFonts w:ascii="Times New Roman" w:hAnsi="Times New Roman" w:cs="Times New Roman"/>
        </w:rPr>
        <w:t>Procurement Clinic on World Bank Guidelines – World Bank (2019)</w:t>
      </w:r>
    </w:p>
    <w:p w14:paraId="203DD16D" w14:textId="7750A365" w:rsidR="003C19DB" w:rsidRPr="00671738" w:rsidRDefault="00000000" w:rsidP="00671738">
      <w:pPr>
        <w:pStyle w:val="ListParagraph"/>
        <w:numPr>
          <w:ilvl w:val="0"/>
          <w:numId w:val="16"/>
        </w:numPr>
        <w:spacing w:before="240"/>
        <w:jc w:val="both"/>
        <w:rPr>
          <w:rFonts w:ascii="Times New Roman" w:hAnsi="Times New Roman" w:cs="Times New Roman"/>
        </w:rPr>
      </w:pPr>
      <w:r w:rsidRPr="00671738">
        <w:rPr>
          <w:rFonts w:ascii="Times New Roman" w:hAnsi="Times New Roman" w:cs="Times New Roman"/>
        </w:rPr>
        <w:lastRenderedPageBreak/>
        <w:t>Public Procurement Management – BIM (2019)</w:t>
      </w:r>
    </w:p>
    <w:p w14:paraId="67E3A332" w14:textId="56EDA650" w:rsidR="00671738" w:rsidRPr="00671738" w:rsidRDefault="00000000" w:rsidP="00671738">
      <w:pPr>
        <w:pStyle w:val="ListParagraph"/>
        <w:numPr>
          <w:ilvl w:val="0"/>
          <w:numId w:val="16"/>
        </w:numPr>
        <w:spacing w:before="240"/>
        <w:jc w:val="both"/>
        <w:rPr>
          <w:rFonts w:ascii="Times New Roman" w:hAnsi="Times New Roman" w:cs="Times New Roman"/>
        </w:rPr>
      </w:pPr>
      <w:r w:rsidRPr="00671738">
        <w:rPr>
          <w:rFonts w:ascii="Times New Roman" w:hAnsi="Times New Roman" w:cs="Times New Roman"/>
        </w:rPr>
        <w:t>E-Filing – BARC (2020)</w:t>
      </w:r>
    </w:p>
    <w:p w14:paraId="174B5052" w14:textId="45F52044" w:rsidR="00671738" w:rsidRPr="00671738" w:rsidRDefault="00000000" w:rsidP="00671738">
      <w:pPr>
        <w:pStyle w:val="ListParagraph"/>
        <w:numPr>
          <w:ilvl w:val="0"/>
          <w:numId w:val="16"/>
        </w:numPr>
        <w:spacing w:before="240"/>
        <w:jc w:val="both"/>
        <w:rPr>
          <w:rFonts w:ascii="Times New Roman" w:hAnsi="Times New Roman" w:cs="Times New Roman"/>
        </w:rPr>
      </w:pPr>
      <w:r w:rsidRPr="00671738">
        <w:rPr>
          <w:rFonts w:ascii="Times New Roman" w:hAnsi="Times New Roman" w:cs="Times New Roman"/>
        </w:rPr>
        <w:t>Digital Marketing for Freelancing (Level-3) – NACTAR (2024–2025)</w:t>
      </w:r>
    </w:p>
    <w:p w14:paraId="5C718950" w14:textId="4AF7963C" w:rsidR="00671738" w:rsidRPr="00671738" w:rsidRDefault="00671738" w:rsidP="00671738">
      <w:pPr>
        <w:pStyle w:val="ListParagraph"/>
        <w:numPr>
          <w:ilvl w:val="0"/>
          <w:numId w:val="16"/>
        </w:numPr>
        <w:spacing w:before="240"/>
        <w:jc w:val="both"/>
        <w:rPr>
          <w:rFonts w:ascii="Times New Roman" w:hAnsi="Times New Roman" w:cs="Times New Roman"/>
        </w:rPr>
      </w:pPr>
      <w:r w:rsidRPr="00671738">
        <w:rPr>
          <w:rFonts w:ascii="Times New Roman" w:hAnsi="Times New Roman" w:cs="Times New Roman"/>
        </w:rPr>
        <w:t>FACEBOOK MARKETING Course in GP Academy (2025)</w:t>
      </w:r>
    </w:p>
    <w:p w14:paraId="6A1CE4C4" w14:textId="77777777" w:rsidR="003C19DB" w:rsidRPr="00B6250C" w:rsidRDefault="00000000">
      <w:pPr>
        <w:pStyle w:val="Heading1"/>
        <w:rPr>
          <w:rFonts w:ascii="Times New Roman" w:hAnsi="Times New Roman" w:cs="Times New Roman"/>
        </w:rPr>
      </w:pPr>
      <w:r w:rsidRPr="00B6250C">
        <w:rPr>
          <w:rFonts w:ascii="Times New Roman" w:hAnsi="Times New Roman" w:cs="Times New Roman"/>
        </w:rPr>
        <w:t>Key Skills</w:t>
      </w:r>
    </w:p>
    <w:p w14:paraId="718133A1" w14:textId="77777777" w:rsidR="003C19DB" w:rsidRPr="00B6250C" w:rsidRDefault="00000000" w:rsidP="00047E5E">
      <w:pPr>
        <w:rPr>
          <w:rFonts w:ascii="Times New Roman" w:hAnsi="Times New Roman" w:cs="Times New Roman"/>
        </w:rPr>
      </w:pPr>
      <w:r w:rsidRPr="00B6250C">
        <w:rPr>
          <w:rFonts w:ascii="Times New Roman" w:hAnsi="Times New Roman" w:cs="Times New Roman"/>
        </w:rPr>
        <w:t>• Project Coordination &amp; Administration</w:t>
      </w:r>
    </w:p>
    <w:p w14:paraId="04A68E12" w14:textId="77777777" w:rsidR="003C19DB" w:rsidRPr="00B6250C" w:rsidRDefault="00000000" w:rsidP="00047E5E">
      <w:pPr>
        <w:rPr>
          <w:rFonts w:ascii="Times New Roman" w:hAnsi="Times New Roman" w:cs="Times New Roman"/>
        </w:rPr>
      </w:pPr>
      <w:r w:rsidRPr="00B6250C">
        <w:rPr>
          <w:rFonts w:ascii="Times New Roman" w:hAnsi="Times New Roman" w:cs="Times New Roman"/>
        </w:rPr>
        <w:t>• Public Procurement &amp; e-GP</w:t>
      </w:r>
    </w:p>
    <w:p w14:paraId="04A4EF48" w14:textId="77777777" w:rsidR="003C19DB" w:rsidRPr="00B6250C" w:rsidRDefault="00000000" w:rsidP="00047E5E">
      <w:pPr>
        <w:rPr>
          <w:rFonts w:ascii="Times New Roman" w:hAnsi="Times New Roman" w:cs="Times New Roman"/>
        </w:rPr>
      </w:pPr>
      <w:r w:rsidRPr="00B6250C">
        <w:rPr>
          <w:rFonts w:ascii="Times New Roman" w:hAnsi="Times New Roman" w:cs="Times New Roman"/>
        </w:rPr>
        <w:t>• Stakeholder Communication</w:t>
      </w:r>
    </w:p>
    <w:p w14:paraId="467C4D1C" w14:textId="77777777" w:rsidR="003C19DB" w:rsidRPr="00B6250C" w:rsidRDefault="00000000" w:rsidP="00047E5E">
      <w:pPr>
        <w:rPr>
          <w:rFonts w:ascii="Times New Roman" w:hAnsi="Times New Roman" w:cs="Times New Roman"/>
        </w:rPr>
      </w:pPr>
      <w:r w:rsidRPr="00B6250C">
        <w:rPr>
          <w:rFonts w:ascii="Times New Roman" w:hAnsi="Times New Roman" w:cs="Times New Roman"/>
        </w:rPr>
        <w:t>• Report Writing &amp; Documentation</w:t>
      </w:r>
    </w:p>
    <w:p w14:paraId="29A70E9A" w14:textId="77777777" w:rsidR="003C19DB" w:rsidRPr="00B6250C" w:rsidRDefault="00000000" w:rsidP="00047E5E">
      <w:pPr>
        <w:rPr>
          <w:rFonts w:ascii="Times New Roman" w:hAnsi="Times New Roman" w:cs="Times New Roman"/>
        </w:rPr>
      </w:pPr>
      <w:r w:rsidRPr="00B6250C">
        <w:rPr>
          <w:rFonts w:ascii="Times New Roman" w:hAnsi="Times New Roman" w:cs="Times New Roman"/>
        </w:rPr>
        <w:t>• Digital Marketing &amp; Freelancing</w:t>
      </w:r>
    </w:p>
    <w:p w14:paraId="08E80536" w14:textId="77777777" w:rsidR="003C19DB" w:rsidRPr="00B6250C" w:rsidRDefault="00000000" w:rsidP="00047E5E">
      <w:pPr>
        <w:rPr>
          <w:rFonts w:ascii="Times New Roman" w:hAnsi="Times New Roman" w:cs="Times New Roman"/>
        </w:rPr>
      </w:pPr>
      <w:r w:rsidRPr="00B6250C">
        <w:rPr>
          <w:rFonts w:ascii="Times New Roman" w:hAnsi="Times New Roman" w:cs="Times New Roman"/>
        </w:rPr>
        <w:t>• Team Collaboration &amp; Multitasking</w:t>
      </w:r>
    </w:p>
    <w:p w14:paraId="481CA53C" w14:textId="77777777" w:rsidR="003C19DB" w:rsidRPr="00B6250C" w:rsidRDefault="00000000">
      <w:pPr>
        <w:pStyle w:val="Heading1"/>
        <w:rPr>
          <w:rFonts w:ascii="Times New Roman" w:hAnsi="Times New Roman" w:cs="Times New Roman"/>
        </w:rPr>
      </w:pPr>
      <w:r w:rsidRPr="00B6250C">
        <w:rPr>
          <w:rFonts w:ascii="Times New Roman" w:hAnsi="Times New Roman" w:cs="Times New Roman"/>
        </w:rPr>
        <w:t>Personal Details</w:t>
      </w:r>
    </w:p>
    <w:p w14:paraId="0DFBC69E" w14:textId="77777777" w:rsidR="003C19DB" w:rsidRPr="00B6250C" w:rsidRDefault="00000000" w:rsidP="00047E5E">
      <w:pPr>
        <w:spacing w:after="0"/>
        <w:rPr>
          <w:rFonts w:ascii="Times New Roman" w:hAnsi="Times New Roman" w:cs="Times New Roman"/>
        </w:rPr>
      </w:pPr>
      <w:r w:rsidRPr="00B6250C">
        <w:rPr>
          <w:rFonts w:ascii="Times New Roman" w:hAnsi="Times New Roman" w:cs="Times New Roman"/>
        </w:rPr>
        <w:t>Date of Birth: 11 February 1992</w:t>
      </w:r>
    </w:p>
    <w:p w14:paraId="0EFF4A62" w14:textId="77777777" w:rsidR="003C19DB" w:rsidRPr="00B6250C" w:rsidRDefault="00000000" w:rsidP="00047E5E">
      <w:pPr>
        <w:spacing w:after="0"/>
        <w:rPr>
          <w:rFonts w:ascii="Times New Roman" w:hAnsi="Times New Roman" w:cs="Times New Roman"/>
        </w:rPr>
      </w:pPr>
      <w:r w:rsidRPr="00B6250C">
        <w:rPr>
          <w:rFonts w:ascii="Times New Roman" w:hAnsi="Times New Roman" w:cs="Times New Roman"/>
        </w:rPr>
        <w:t>Marital Status: Married</w:t>
      </w:r>
    </w:p>
    <w:p w14:paraId="72D540CE" w14:textId="77777777" w:rsidR="003C19DB" w:rsidRPr="00B6250C" w:rsidRDefault="00000000" w:rsidP="00047E5E">
      <w:pPr>
        <w:spacing w:after="0"/>
        <w:rPr>
          <w:rFonts w:ascii="Times New Roman" w:hAnsi="Times New Roman" w:cs="Times New Roman"/>
        </w:rPr>
      </w:pPr>
      <w:r w:rsidRPr="00B6250C">
        <w:rPr>
          <w:rFonts w:ascii="Times New Roman" w:hAnsi="Times New Roman" w:cs="Times New Roman"/>
        </w:rPr>
        <w:t>Religion: Islam</w:t>
      </w:r>
    </w:p>
    <w:p w14:paraId="7A24094E" w14:textId="77777777" w:rsidR="003C19DB" w:rsidRPr="00B6250C" w:rsidRDefault="00000000" w:rsidP="00047E5E">
      <w:pPr>
        <w:spacing w:after="0"/>
        <w:rPr>
          <w:rFonts w:ascii="Times New Roman" w:hAnsi="Times New Roman" w:cs="Times New Roman"/>
        </w:rPr>
      </w:pPr>
      <w:r w:rsidRPr="00B6250C">
        <w:rPr>
          <w:rFonts w:ascii="Times New Roman" w:hAnsi="Times New Roman" w:cs="Times New Roman"/>
        </w:rPr>
        <w:t>Nationality: Bangladeshi</w:t>
      </w:r>
    </w:p>
    <w:p w14:paraId="5385F9E2" w14:textId="77777777" w:rsidR="003C19DB" w:rsidRPr="00B6250C" w:rsidRDefault="00000000">
      <w:pPr>
        <w:pStyle w:val="Heading1"/>
        <w:rPr>
          <w:rFonts w:ascii="Times New Roman" w:hAnsi="Times New Roman" w:cs="Times New Roman"/>
        </w:rPr>
      </w:pPr>
      <w:r w:rsidRPr="00B6250C">
        <w:rPr>
          <w:rFonts w:ascii="Times New Roman" w:hAnsi="Times New Roman" w:cs="Times New Roman"/>
        </w:rPr>
        <w:t>References</w:t>
      </w:r>
    </w:p>
    <w:p w14:paraId="55D03961" w14:textId="77777777" w:rsidR="003C19DB" w:rsidRPr="00B6250C" w:rsidRDefault="00000000">
      <w:pPr>
        <w:rPr>
          <w:rFonts w:ascii="Times New Roman" w:hAnsi="Times New Roman" w:cs="Times New Roman"/>
        </w:rPr>
      </w:pPr>
      <w:r w:rsidRPr="00B6250C">
        <w:rPr>
          <w:rFonts w:ascii="Times New Roman" w:hAnsi="Times New Roman" w:cs="Times New Roman"/>
        </w:rPr>
        <w:t>Mohammad Abdullah Al-Faroque, PhD</w:t>
      </w:r>
      <w:r w:rsidRPr="00B6250C">
        <w:rPr>
          <w:rFonts w:ascii="Times New Roman" w:hAnsi="Times New Roman" w:cs="Times New Roman"/>
        </w:rPr>
        <w:br/>
        <w:t>Assistant Manager (Administration)</w:t>
      </w:r>
      <w:r w:rsidRPr="00B6250C">
        <w:rPr>
          <w:rFonts w:ascii="Times New Roman" w:hAnsi="Times New Roman" w:cs="Times New Roman"/>
        </w:rPr>
        <w:br/>
        <w:t>NATP-2, Bangladesh Agricultural Research Council</w:t>
      </w:r>
      <w:r w:rsidRPr="00B6250C">
        <w:rPr>
          <w:rFonts w:ascii="Times New Roman" w:hAnsi="Times New Roman" w:cs="Times New Roman"/>
        </w:rPr>
        <w:br/>
      </w:r>
      <w:r w:rsidRPr="00B6250C">
        <w:rPr>
          <w:rFonts w:ascii="Segoe UI Emoji" w:hAnsi="Segoe UI Emoji" w:cs="Segoe UI Emoji"/>
        </w:rPr>
        <w:t>📱</w:t>
      </w:r>
      <w:r w:rsidRPr="00B6250C">
        <w:rPr>
          <w:rFonts w:ascii="Times New Roman" w:hAnsi="Times New Roman" w:cs="Times New Roman"/>
        </w:rPr>
        <w:t xml:space="preserve"> 01711061147 | </w:t>
      </w:r>
      <w:r w:rsidRPr="00B6250C">
        <w:rPr>
          <w:rFonts w:ascii="Segoe UI Emoji" w:hAnsi="Segoe UI Emoji" w:cs="Segoe UI Emoji"/>
        </w:rPr>
        <w:t>📧</w:t>
      </w:r>
      <w:r w:rsidRPr="00B6250C">
        <w:rPr>
          <w:rFonts w:ascii="Times New Roman" w:hAnsi="Times New Roman" w:cs="Times New Roman"/>
        </w:rPr>
        <w:t xml:space="preserve"> faroquekbd@gmail.com</w:t>
      </w:r>
      <w:r w:rsidRPr="00B6250C">
        <w:rPr>
          <w:rFonts w:ascii="Times New Roman" w:hAnsi="Times New Roman" w:cs="Times New Roman"/>
        </w:rPr>
        <w:br/>
      </w:r>
    </w:p>
    <w:p w14:paraId="303615C1" w14:textId="77777777" w:rsidR="003C19DB" w:rsidRPr="00B6250C" w:rsidRDefault="00000000">
      <w:pPr>
        <w:rPr>
          <w:rFonts w:ascii="Times New Roman" w:hAnsi="Times New Roman" w:cs="Times New Roman"/>
        </w:rPr>
      </w:pPr>
      <w:r w:rsidRPr="00B6250C">
        <w:rPr>
          <w:rFonts w:ascii="Times New Roman" w:hAnsi="Times New Roman" w:cs="Times New Roman"/>
        </w:rPr>
        <w:t>Dr. Mian Sayeed Hassan</w:t>
      </w:r>
      <w:r w:rsidRPr="00B6250C">
        <w:rPr>
          <w:rFonts w:ascii="Times New Roman" w:hAnsi="Times New Roman" w:cs="Times New Roman"/>
        </w:rPr>
        <w:br/>
        <w:t>Member Director, Bangladesh Agricultural Research Council (BARC)</w:t>
      </w:r>
      <w:r w:rsidRPr="00B6250C">
        <w:rPr>
          <w:rFonts w:ascii="Times New Roman" w:hAnsi="Times New Roman" w:cs="Times New Roman"/>
        </w:rPr>
        <w:br/>
      </w:r>
      <w:r w:rsidRPr="00B6250C">
        <w:rPr>
          <w:rFonts w:ascii="Segoe UI Symbol" w:hAnsi="Segoe UI Symbol" w:cs="Segoe UI Symbol"/>
        </w:rPr>
        <w:t>☎</w:t>
      </w:r>
      <w:r w:rsidRPr="00B6250C">
        <w:rPr>
          <w:rFonts w:ascii="Times New Roman" w:hAnsi="Times New Roman" w:cs="Times New Roman"/>
        </w:rPr>
        <w:t xml:space="preserve"> 029127258 (Office) | </w:t>
      </w:r>
      <w:r w:rsidRPr="00B6250C">
        <w:rPr>
          <w:rFonts w:ascii="Segoe UI Emoji" w:hAnsi="Segoe UI Emoji" w:cs="Segoe UI Emoji"/>
        </w:rPr>
        <w:t>📱</w:t>
      </w:r>
      <w:r w:rsidRPr="00B6250C">
        <w:rPr>
          <w:rFonts w:ascii="Times New Roman" w:hAnsi="Times New Roman" w:cs="Times New Roman"/>
        </w:rPr>
        <w:t xml:space="preserve"> 01911740390 | </w:t>
      </w:r>
      <w:r w:rsidRPr="00B6250C">
        <w:rPr>
          <w:rFonts w:ascii="Segoe UI Emoji" w:hAnsi="Segoe UI Emoji" w:cs="Segoe UI Emoji"/>
        </w:rPr>
        <w:t>📧</w:t>
      </w:r>
      <w:r w:rsidRPr="00B6250C">
        <w:rPr>
          <w:rFonts w:ascii="Times New Roman" w:hAnsi="Times New Roman" w:cs="Times New Roman"/>
        </w:rPr>
        <w:t xml:space="preserve"> sayeed63@gmail.com</w:t>
      </w:r>
    </w:p>
    <w:sectPr w:rsidR="003C19DB" w:rsidRPr="00B6250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49A1109"/>
    <w:multiLevelType w:val="hybridMultilevel"/>
    <w:tmpl w:val="51801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D76F74"/>
    <w:multiLevelType w:val="hybridMultilevel"/>
    <w:tmpl w:val="1C1CC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F40C7E"/>
    <w:multiLevelType w:val="hybridMultilevel"/>
    <w:tmpl w:val="051C8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B77472"/>
    <w:multiLevelType w:val="hybridMultilevel"/>
    <w:tmpl w:val="2D162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7F14CD"/>
    <w:multiLevelType w:val="hybridMultilevel"/>
    <w:tmpl w:val="69BA7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6A249D"/>
    <w:multiLevelType w:val="hybridMultilevel"/>
    <w:tmpl w:val="9A6CA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BA4385F"/>
    <w:multiLevelType w:val="hybridMultilevel"/>
    <w:tmpl w:val="95CA09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602491342">
    <w:abstractNumId w:val="8"/>
  </w:num>
  <w:num w:numId="2" w16cid:durableId="1910993233">
    <w:abstractNumId w:val="6"/>
  </w:num>
  <w:num w:numId="3" w16cid:durableId="306327760">
    <w:abstractNumId w:val="5"/>
  </w:num>
  <w:num w:numId="4" w16cid:durableId="1458910299">
    <w:abstractNumId w:val="4"/>
  </w:num>
  <w:num w:numId="5" w16cid:durableId="244996064">
    <w:abstractNumId w:val="7"/>
  </w:num>
  <w:num w:numId="6" w16cid:durableId="1393430544">
    <w:abstractNumId w:val="3"/>
  </w:num>
  <w:num w:numId="7" w16cid:durableId="268199584">
    <w:abstractNumId w:val="2"/>
  </w:num>
  <w:num w:numId="8" w16cid:durableId="25453180">
    <w:abstractNumId w:val="1"/>
  </w:num>
  <w:num w:numId="9" w16cid:durableId="1726753533">
    <w:abstractNumId w:val="0"/>
  </w:num>
  <w:num w:numId="10" w16cid:durableId="1007248586">
    <w:abstractNumId w:val="14"/>
  </w:num>
  <w:num w:numId="11" w16cid:durableId="1539704066">
    <w:abstractNumId w:val="11"/>
  </w:num>
  <w:num w:numId="12" w16cid:durableId="268902764">
    <w:abstractNumId w:val="13"/>
  </w:num>
  <w:num w:numId="13" w16cid:durableId="2019577373">
    <w:abstractNumId w:val="15"/>
  </w:num>
  <w:num w:numId="14" w16cid:durableId="1241938705">
    <w:abstractNumId w:val="9"/>
  </w:num>
  <w:num w:numId="15" w16cid:durableId="1017124873">
    <w:abstractNumId w:val="12"/>
  </w:num>
  <w:num w:numId="16" w16cid:durableId="100420880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4531"/>
    <w:rsid w:val="00034616"/>
    <w:rsid w:val="000411F6"/>
    <w:rsid w:val="00047E5E"/>
    <w:rsid w:val="0006063C"/>
    <w:rsid w:val="0015074B"/>
    <w:rsid w:val="0029639D"/>
    <w:rsid w:val="00326F90"/>
    <w:rsid w:val="003C19DB"/>
    <w:rsid w:val="004B2D98"/>
    <w:rsid w:val="00585A2F"/>
    <w:rsid w:val="006019F5"/>
    <w:rsid w:val="00671738"/>
    <w:rsid w:val="00A53A52"/>
    <w:rsid w:val="00AA1D8D"/>
    <w:rsid w:val="00B47730"/>
    <w:rsid w:val="00B6250C"/>
    <w:rsid w:val="00C24AF0"/>
    <w:rsid w:val="00CB0664"/>
    <w:rsid w:val="00D3555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33EE96"/>
  <w14:defaultImageDpi w14:val="300"/>
  <w15:docId w15:val="{EBB94EC2-6F8A-49F3-B74D-691F1F0D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362</Words>
  <Characters>2069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user</cp:lastModifiedBy>
  <cp:revision>6</cp:revision>
  <dcterms:created xsi:type="dcterms:W3CDTF">2025-08-31T14:06:00Z</dcterms:created>
  <dcterms:modified xsi:type="dcterms:W3CDTF">2025-09-07T13:33:00Z</dcterms:modified>
  <cp:category/>
</cp:coreProperties>
</file>